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4F0FB479" w:rsidR="00A11ECC" w:rsidRDefault="00665426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288B5502" wp14:editId="0448F968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6FDAB6E8" w:rsidR="00A11ECC" w:rsidRPr="00F155D9" w:rsidRDefault="001D3FDF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F155D9">
              <w:rPr>
                <w:b/>
                <w:color w:val="0D5F78"/>
              </w:rPr>
              <w:t xml:space="preserve"> </w:t>
            </w:r>
            <w:r w:rsidR="00F155D9" w:rsidRPr="00F155D9">
              <w:rPr>
                <w:b/>
              </w:rPr>
              <w:t>TELEORMAN</w:t>
            </w:r>
          </w:p>
          <w:p w14:paraId="18F924B6" w14:textId="77777777" w:rsidR="00A11ECC" w:rsidRDefault="00A11ECC">
            <w:pPr>
              <w:keepNext/>
            </w:pP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584BD296" w:rsidR="00A11ECC" w:rsidRPr="00F155D9" w:rsidRDefault="001D3FDF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F155D9">
              <w:rPr>
                <w:b/>
                <w:color w:val="0D5F78"/>
              </w:rPr>
              <w:t xml:space="preserve"> </w:t>
            </w:r>
            <w:r w:rsidR="00F155D9" w:rsidRPr="00F155D9">
              <w:rPr>
                <w:b/>
              </w:rPr>
              <w:t>PRIMARIA ORASULUI VIDELE</w:t>
            </w:r>
          </w:p>
          <w:p w14:paraId="7378C482" w14:textId="77777777" w:rsidR="00A11ECC" w:rsidRDefault="00A11ECC">
            <w:pPr>
              <w:keepNext/>
            </w:pP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1D3FDF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Cod de identificare fiscală (CIF)</w:t>
            </w:r>
          </w:p>
          <w:p w14:paraId="1C68267E" w14:textId="0D7839BD" w:rsidR="00A11ECC" w:rsidRPr="00E6757A" w:rsidRDefault="00F155D9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6347E44C" w14:textId="77777777" w:rsidR="00F155D9" w:rsidRDefault="00F155D9" w:rsidP="00F155D9">
            <w:pPr>
              <w:keepNext/>
            </w:pPr>
            <w:r>
              <w:t xml:space="preserve">ORAS VIDELE, STRADA REPUBLICII, NR. 2, TEL. 0247453017, </w:t>
            </w:r>
          </w:p>
          <w:p w14:paraId="17684A54" w14:textId="30F3A11A" w:rsidR="00A11ECC" w:rsidRDefault="00F155D9" w:rsidP="00F155D9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1D3FDF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1D3FDF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1D3FDF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1D3FDF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1D3FDF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Instituția</w:t>
            </w:r>
          </w:p>
          <w:p w14:paraId="2804ABDC" w14:textId="77777777" w:rsidR="00A11ECC" w:rsidRPr="00E6757A" w:rsidRDefault="001D3FDF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1D3FDF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1D3FDF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1D3FDF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1D3FDF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1D3FDF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1D3FDF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1D3FDF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1D3FDF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1D3FDF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1D3FDF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1D3FDF">
            <w:r>
              <w:rPr>
                <w:b/>
                <w:color w:val="0D5F78"/>
              </w:rPr>
              <w:t>în valoare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1D3FDF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1D3FDF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1D3FDF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vor începe lucrările de construcții autorizate</w:t>
            </w:r>
          </w:p>
          <w:p w14:paraId="3DC112F4" w14:textId="77777777" w:rsidR="00A11ECC" w:rsidRDefault="001D3FDF">
            <w:r>
              <w:rPr>
                <w:i/>
                <w:color w:val="7A7A7A"/>
              </w:rPr>
              <w:t>pentru imobilul de mai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1D3FDF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1D3FDF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1D3FDF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Număr cadastral</w:t>
            </w:r>
          </w:p>
          <w:p w14:paraId="3BE30373" w14:textId="77777777" w:rsidR="00A11ECC" w:rsidRPr="00E6757A" w:rsidRDefault="001D3FDF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1D3FDF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1D3FDF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1D3FDF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1D3FDF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1D3FDF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1D3FDF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46F9F" w14:textId="77777777" w:rsidR="0094091D" w:rsidRDefault="0094091D">
      <w:r>
        <w:separator/>
      </w:r>
    </w:p>
  </w:endnote>
  <w:endnote w:type="continuationSeparator" w:id="0">
    <w:p w14:paraId="357D61F1" w14:textId="77777777" w:rsidR="0094091D" w:rsidRDefault="0094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FAD8D" w14:textId="547B7A71" w:rsidR="00A11ECC" w:rsidRDefault="001D3FDF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6542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65426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3C0C7" w14:textId="77777777" w:rsidR="0094091D" w:rsidRDefault="0094091D">
      <w:r>
        <w:separator/>
      </w:r>
    </w:p>
  </w:footnote>
  <w:footnote w:type="continuationSeparator" w:id="0">
    <w:p w14:paraId="638CE2B7" w14:textId="77777777" w:rsidR="0094091D" w:rsidRDefault="00940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D3FDF"/>
    <w:rsid w:val="001F772B"/>
    <w:rsid w:val="0029639D"/>
    <w:rsid w:val="00326F90"/>
    <w:rsid w:val="00665426"/>
    <w:rsid w:val="006C103E"/>
    <w:rsid w:val="0094091D"/>
    <w:rsid w:val="00A11ECC"/>
    <w:rsid w:val="00AA1D8D"/>
    <w:rsid w:val="00B47730"/>
    <w:rsid w:val="00CB0664"/>
    <w:rsid w:val="00E61A6B"/>
    <w:rsid w:val="00E6757A"/>
    <w:rsid w:val="00F155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6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355119-B21C-4D0E-91D8-5151735D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5</cp:revision>
  <dcterms:created xsi:type="dcterms:W3CDTF">2013-12-23T23:15:00Z</dcterms:created>
  <dcterms:modified xsi:type="dcterms:W3CDTF">2026-09-23T11:39:00Z</dcterms:modified>
  <cp:category/>
</cp:coreProperties>
</file>